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551" w:rsidRPr="00EB592B" w:rsidRDefault="00EB592B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EB592B">
        <w:rPr>
          <w:rFonts w:ascii="Times New Roman" w:hAnsi="Times New Roman" w:cs="Times New Roman"/>
          <w:lang w:val="ru-RU"/>
        </w:rPr>
        <w:t>ИНДИВИДУАЛЬНЫЙ КОНСТРУКТОР ПРОФЕССИОНАЛЬНОГО РАЗВИТИЯ (ИКПР)</w:t>
      </w:r>
    </w:p>
    <w:p w:rsidR="00E27551" w:rsidRPr="001D6943" w:rsidRDefault="00EB592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Стратегический персональный маршрутный лист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br/>
        <w:t>Объект планирования: ________________________________________________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Период актуальности: [ 202__ — 202__ ] гг.</w:t>
      </w:r>
      <w:r w:rsidRPr="001D6943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E27551" w:rsidRPr="001D6943" w:rsidRDefault="00EB592B">
      <w:pPr>
        <w:pStyle w:val="1"/>
        <w:rPr>
          <w:rFonts w:ascii="Times New Roman" w:hAnsi="Times New Roman" w:cs="Times New Roman"/>
          <w:lang w:val="ru-RU"/>
        </w:rPr>
      </w:pPr>
      <w:r w:rsidRPr="001D6943">
        <w:rPr>
          <w:rFonts w:ascii="Times New Roman" w:hAnsi="Times New Roman" w:cs="Times New Roman"/>
        </w:rPr>
        <w:t>I</w:t>
      </w:r>
      <w:r w:rsidRPr="001D6943">
        <w:rPr>
          <w:rFonts w:ascii="Times New Roman" w:hAnsi="Times New Roman" w:cs="Times New Roman"/>
          <w:lang w:val="ru-RU"/>
        </w:rPr>
        <w:t>. СТРАТЕГИЧЕСКИЙ АНАЛИЗ (</w:t>
      </w:r>
      <w:r w:rsidRPr="001D6943">
        <w:rPr>
          <w:rFonts w:ascii="Times New Roman" w:hAnsi="Times New Roman" w:cs="Times New Roman"/>
        </w:rPr>
        <w:t>SWOT</w:t>
      </w:r>
      <w:r w:rsidRPr="001D6943">
        <w:rPr>
          <w:rFonts w:ascii="Times New Roman" w:hAnsi="Times New Roman" w:cs="Times New Roman"/>
          <w:lang w:val="ru-RU"/>
        </w:rPr>
        <w:t>)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Проведите самоанализ, чтобы понять свои текущие позиции.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E27551" w:rsidRPr="001D6943">
        <w:tc>
          <w:tcPr>
            <w:tcW w:w="4320" w:type="dxa"/>
          </w:tcPr>
          <w:p w:rsidR="00E27551" w:rsidRPr="001D6943" w:rsidRDefault="001D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proofErr w:type="spellEnd"/>
          </w:p>
        </w:tc>
        <w:tc>
          <w:tcPr>
            <w:tcW w:w="4320" w:type="dxa"/>
          </w:tcPr>
          <w:p w:rsidR="00E27551" w:rsidRPr="001D6943" w:rsidRDefault="001D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Слабые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proofErr w:type="spellEnd"/>
          </w:p>
        </w:tc>
      </w:tr>
      <w:tr w:rsidR="00E27551" w:rsidRPr="001D6943">
        <w:tc>
          <w:tcPr>
            <w:tcW w:w="4320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D69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</w:p>
        </w:tc>
        <w:tc>
          <w:tcPr>
            <w:tcW w:w="4320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D69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</w:p>
        </w:tc>
      </w:tr>
      <w:tr w:rsidR="00E27551" w:rsidRPr="001D6943">
        <w:tc>
          <w:tcPr>
            <w:tcW w:w="4320" w:type="dxa"/>
          </w:tcPr>
          <w:p w:rsidR="00E27551" w:rsidRPr="001D6943" w:rsidRDefault="001D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  <w:proofErr w:type="spellEnd"/>
          </w:p>
        </w:tc>
        <w:tc>
          <w:tcPr>
            <w:tcW w:w="4320" w:type="dxa"/>
          </w:tcPr>
          <w:p w:rsidR="00E27551" w:rsidRPr="001D6943" w:rsidRDefault="001D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  <w:proofErr w:type="spellEnd"/>
          </w:p>
        </w:tc>
      </w:tr>
      <w:tr w:rsidR="00E27551" w:rsidRPr="001D6943">
        <w:tc>
          <w:tcPr>
            <w:tcW w:w="4320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D69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</w:p>
        </w:tc>
        <w:tc>
          <w:tcPr>
            <w:tcW w:w="4320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D69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</w:p>
        </w:tc>
      </w:tr>
    </w:tbl>
    <w:p w:rsidR="00E27551" w:rsidRPr="001D6943" w:rsidRDefault="00EB592B">
      <w:pPr>
        <w:pStyle w:val="1"/>
        <w:rPr>
          <w:rFonts w:ascii="Times New Roman" w:hAnsi="Times New Roman" w:cs="Times New Roman"/>
        </w:rPr>
      </w:pPr>
      <w:r w:rsidRPr="001D6943">
        <w:rPr>
          <w:rFonts w:ascii="Times New Roman" w:hAnsi="Times New Roman" w:cs="Times New Roman"/>
        </w:rPr>
        <w:t>II. ЦЕЛЕПОЛАГАНИЕ (ВЕКТОР ДВИЖЕНИЯ)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Профессиональная роль (Кем я вижу себя через 5 лет?): __________________________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Ключевая миссия (Зачем я это делаю?): __________________________________________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Критерии успеха: ___________________________________________________________</w:t>
      </w:r>
    </w:p>
    <w:p w:rsidR="00E27551" w:rsidRPr="001D6943" w:rsidRDefault="00EB592B">
      <w:pPr>
        <w:pStyle w:val="1"/>
        <w:rPr>
          <w:rFonts w:ascii="Times New Roman" w:hAnsi="Times New Roman" w:cs="Times New Roman"/>
          <w:lang w:val="ru-RU"/>
        </w:rPr>
      </w:pPr>
      <w:r w:rsidRPr="001D6943">
        <w:rPr>
          <w:rFonts w:ascii="Times New Roman" w:hAnsi="Times New Roman" w:cs="Times New Roman"/>
        </w:rPr>
        <w:lastRenderedPageBreak/>
        <w:t>III</w:t>
      </w:r>
      <w:r w:rsidRPr="001D6943">
        <w:rPr>
          <w:rFonts w:ascii="Times New Roman" w:hAnsi="Times New Roman" w:cs="Times New Roman"/>
          <w:lang w:val="ru-RU"/>
        </w:rPr>
        <w:t>. ТАКТИЧЕСКИЙ МАРШРУТ (</w:t>
      </w:r>
      <w:r w:rsidRPr="001D6943">
        <w:rPr>
          <w:rFonts w:ascii="Times New Roman" w:hAnsi="Times New Roman" w:cs="Times New Roman"/>
        </w:rPr>
        <w:t>ROADMAP</w:t>
      </w:r>
      <w:r w:rsidRPr="001D6943">
        <w:rPr>
          <w:rFonts w:ascii="Times New Roman" w:hAnsi="Times New Roman" w:cs="Times New Roman"/>
          <w:lang w:val="ru-RU"/>
        </w:rPr>
        <w:t>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25"/>
        <w:gridCol w:w="1725"/>
        <w:gridCol w:w="1727"/>
        <w:gridCol w:w="1726"/>
        <w:gridCol w:w="1727"/>
      </w:tblGrid>
      <w:tr w:rsidR="00E27551" w:rsidRPr="001D6943"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Дедлайн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Индикатор</w:t>
            </w:r>
          </w:p>
        </w:tc>
      </w:tr>
      <w:tr w:rsidR="00E27551" w:rsidRPr="001D6943"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551" w:rsidRPr="001D6943"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551" w:rsidRPr="001D6943"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551" w:rsidRPr="001D6943"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551" w:rsidRPr="001D6943" w:rsidRDefault="00EB592B">
      <w:pPr>
        <w:pStyle w:val="1"/>
        <w:rPr>
          <w:rFonts w:ascii="Times New Roman" w:hAnsi="Times New Roman" w:cs="Times New Roman"/>
          <w:lang w:val="ru-RU"/>
        </w:rPr>
      </w:pPr>
      <w:r w:rsidRPr="001D6943">
        <w:rPr>
          <w:rFonts w:ascii="Times New Roman" w:hAnsi="Times New Roman" w:cs="Times New Roman"/>
        </w:rPr>
        <w:t>IV</w:t>
      </w:r>
      <w:r w:rsidRPr="001D6943">
        <w:rPr>
          <w:rFonts w:ascii="Times New Roman" w:hAnsi="Times New Roman" w:cs="Times New Roman"/>
          <w:lang w:val="ru-RU"/>
        </w:rPr>
        <w:t>. ПОРТФЕЛЬ УЧЕБНЫХ ЗАВЕДЕНИЙ (</w:t>
      </w:r>
      <w:r w:rsidRPr="001D6943">
        <w:rPr>
          <w:rFonts w:ascii="Times New Roman" w:hAnsi="Times New Roman" w:cs="Times New Roman"/>
        </w:rPr>
        <w:t>MATRIX</w:t>
      </w:r>
      <w:r w:rsidRPr="001D6943">
        <w:rPr>
          <w:rFonts w:ascii="Times New Roman" w:hAnsi="Times New Roman" w:cs="Times New Roman"/>
          <w:lang w:val="ru-RU"/>
        </w:rPr>
        <w:t>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832"/>
        <w:gridCol w:w="1705"/>
        <w:gridCol w:w="1696"/>
        <w:gridCol w:w="1718"/>
        <w:gridCol w:w="1679"/>
      </w:tblGrid>
      <w:tr w:rsidR="00E27551" w:rsidRPr="001D6943"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Почему мне?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Сложность</w:t>
            </w:r>
          </w:p>
        </w:tc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План Б</w:t>
            </w:r>
          </w:p>
        </w:tc>
      </w:tr>
      <w:tr w:rsidR="00E27551" w:rsidRPr="001D6943"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Segoe UI Symbol" w:hAnsi="Segoe UI Symbol" w:cs="Segoe UI Symbol"/>
                <w:sz w:val="28"/>
                <w:szCs w:val="28"/>
              </w:rPr>
              <w:t>🎯</w:t>
            </w:r>
            <w:r w:rsidR="001D6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943">
              <w:rPr>
                <w:rFonts w:ascii="Times New Roman" w:hAnsi="Times New Roman" w:cs="Times New Roman"/>
                <w:sz w:val="28"/>
                <w:szCs w:val="28"/>
              </w:rPr>
              <w:t>Мечта</w:t>
            </w:r>
            <w:proofErr w:type="spellEnd"/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551" w:rsidRPr="001D6943"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Segoe UI Symbol" w:hAnsi="Segoe UI Symbol" w:cs="Segoe UI Symbol"/>
                <w:sz w:val="28"/>
                <w:szCs w:val="28"/>
              </w:rPr>
              <w:t>✅</w:t>
            </w:r>
            <w:proofErr w:type="spellStart"/>
            <w:r w:rsidR="001D6943">
              <w:rPr>
                <w:rFonts w:ascii="Times New Roman" w:hAnsi="Times New Roman" w:cs="Times New Roman"/>
                <w:sz w:val="28"/>
                <w:szCs w:val="28"/>
              </w:rPr>
              <w:t>Реальность</w:t>
            </w:r>
            <w:proofErr w:type="spellEnd"/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551" w:rsidRPr="001D6943">
        <w:tc>
          <w:tcPr>
            <w:tcW w:w="1728" w:type="dxa"/>
          </w:tcPr>
          <w:p w:rsidR="00E27551" w:rsidRPr="001D6943" w:rsidRDefault="00EB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43">
              <w:rPr>
                <w:rFonts w:ascii="Times New Roman" w:hAnsi="Times New Roman" w:cs="Times New Roman"/>
                <w:sz w:val="28"/>
                <w:szCs w:val="28"/>
              </w:rPr>
              <w:t>🛡️</w:t>
            </w:r>
            <w:r w:rsidR="001D6943">
              <w:rPr>
                <w:rFonts w:ascii="Times New Roman" w:hAnsi="Times New Roman" w:cs="Times New Roman"/>
                <w:sz w:val="28"/>
                <w:szCs w:val="28"/>
              </w:rPr>
              <w:t xml:space="preserve"> Запас</w:t>
            </w:r>
            <w:bookmarkStart w:id="0" w:name="_GoBack"/>
            <w:bookmarkEnd w:id="0"/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E27551" w:rsidRPr="001D6943" w:rsidRDefault="00E27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551" w:rsidRPr="001D6943" w:rsidRDefault="00EB592B">
      <w:pPr>
        <w:pStyle w:val="1"/>
        <w:rPr>
          <w:rFonts w:ascii="Times New Roman" w:hAnsi="Times New Roman" w:cs="Times New Roman"/>
        </w:rPr>
      </w:pPr>
      <w:r w:rsidRPr="001D6943">
        <w:rPr>
          <w:rFonts w:ascii="Times New Roman" w:hAnsi="Times New Roman" w:cs="Times New Roman"/>
        </w:rPr>
        <w:t>V. МОНИТОРИНГ И КОРРЕКТИРОВКА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 xml:space="preserve">Текущий прогресс: </w:t>
      </w:r>
      <w:proofErr w:type="gramStart"/>
      <w:r w:rsidRPr="001D6943">
        <w:rPr>
          <w:rFonts w:ascii="Times New Roman" w:hAnsi="Times New Roman" w:cs="Times New Roman"/>
          <w:sz w:val="28"/>
          <w:szCs w:val="28"/>
          <w:lang w:val="ru-RU"/>
        </w:rPr>
        <w:t xml:space="preserve">[ </w:t>
      </w:r>
      <w:r w:rsidRPr="001D6943">
        <w:rPr>
          <w:rFonts w:ascii="Times New Roman" w:hAnsi="Times New Roman" w:cs="Times New Roman"/>
          <w:sz w:val="28"/>
          <w:szCs w:val="28"/>
        </w:rPr>
        <w:t>🟢</w:t>
      </w:r>
      <w:proofErr w:type="gramEnd"/>
      <w:r w:rsidRPr="001D6943">
        <w:rPr>
          <w:rFonts w:ascii="Times New Roman" w:hAnsi="Times New Roman" w:cs="Times New Roman"/>
          <w:sz w:val="28"/>
          <w:szCs w:val="28"/>
          <w:lang w:val="ru-RU"/>
        </w:rPr>
        <w:t xml:space="preserve"> План / </w:t>
      </w:r>
      <w:r w:rsidRPr="001D6943">
        <w:rPr>
          <w:rFonts w:ascii="Times New Roman" w:hAnsi="Times New Roman" w:cs="Times New Roman"/>
          <w:sz w:val="28"/>
          <w:szCs w:val="28"/>
        </w:rPr>
        <w:t>🟡</w:t>
      </w:r>
      <w:r w:rsidRPr="001D6943">
        <w:rPr>
          <w:rFonts w:ascii="Times New Roman" w:hAnsi="Times New Roman" w:cs="Times New Roman"/>
          <w:sz w:val="28"/>
          <w:szCs w:val="28"/>
          <w:lang w:val="ru-RU"/>
        </w:rPr>
        <w:t xml:space="preserve"> Отставание / </w:t>
      </w:r>
      <w:r w:rsidRPr="001D6943">
        <w:rPr>
          <w:rFonts w:ascii="Segoe UI Symbol" w:hAnsi="Segoe UI Symbol" w:cs="Segoe UI Symbol"/>
          <w:sz w:val="28"/>
          <w:szCs w:val="28"/>
        </w:rPr>
        <w:t>🔴</w:t>
      </w:r>
      <w:r w:rsidRPr="001D6943">
        <w:rPr>
          <w:rFonts w:ascii="Times New Roman" w:hAnsi="Times New Roman" w:cs="Times New Roman"/>
          <w:sz w:val="28"/>
          <w:szCs w:val="28"/>
          <w:lang w:val="ru-RU"/>
        </w:rPr>
        <w:t xml:space="preserve"> Пересмотр ]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Главное достижение периода: ___________________________________________________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t>Что нужно изменить в маршруте: ________________________________________________</w:t>
      </w:r>
    </w:p>
    <w:p w:rsidR="00E27551" w:rsidRPr="001D6943" w:rsidRDefault="00EB592B">
      <w:pPr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D694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D6943">
        <w:rPr>
          <w:rFonts w:ascii="Times New Roman" w:hAnsi="Times New Roman" w:cs="Times New Roman"/>
          <w:sz w:val="28"/>
          <w:szCs w:val="28"/>
        </w:rPr>
        <w:t>Подпись составителя: ____________________    Дата: ____________________</w:t>
      </w:r>
    </w:p>
    <w:sectPr w:rsidR="00E27551" w:rsidRPr="001D69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6943"/>
    <w:rsid w:val="0029639D"/>
    <w:rsid w:val="00326F90"/>
    <w:rsid w:val="00AA1D8D"/>
    <w:rsid w:val="00B47730"/>
    <w:rsid w:val="00CB0664"/>
    <w:rsid w:val="00E27551"/>
    <w:rsid w:val="00EB59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E4570"/>
  <w14:defaultImageDpi w14:val="300"/>
  <w15:docId w15:val="{19A1165A-E8AD-44C8-A731-A06C3BB8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9E43B9-4367-42B2-8C5A-EEDA7B53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dns-user</cp:lastModifiedBy>
  <cp:revision>4</cp:revision>
  <dcterms:created xsi:type="dcterms:W3CDTF">2026-07-30T21:06:00Z</dcterms:created>
  <dcterms:modified xsi:type="dcterms:W3CDTF">2026-07-30T21:11:00Z</dcterms:modified>
  <cp:category/>
</cp:coreProperties>
</file>