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7AD" w:rsidRPr="00D5232E" w:rsidRDefault="00D5232E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5232E">
        <w:rPr>
          <w:rFonts w:ascii="Times New Roman" w:hAnsi="Times New Roman" w:cs="Times New Roman"/>
          <w:sz w:val="28"/>
          <w:szCs w:val="28"/>
          <w:lang w:val="ru-RU"/>
        </w:rPr>
        <w:t>Справка о профессиональных компетенциях</w:t>
      </w:r>
    </w:p>
    <w:p w:rsidR="004427AD" w:rsidRPr="00D5232E" w:rsidRDefault="00D5232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5232E">
        <w:rPr>
          <w:rFonts w:ascii="Times New Roman" w:hAnsi="Times New Roman" w:cs="Times New Roman"/>
          <w:b/>
          <w:sz w:val="28"/>
          <w:szCs w:val="28"/>
          <w:lang w:val="ru-RU"/>
        </w:rPr>
        <w:t>ФИО: [Ваше Имя и Фамилия]</w:t>
      </w:r>
      <w:r w:rsidRPr="00D5232E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t>Специализация: [Ваша роль</w:t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br/>
        <w:t xml:space="preserve">Контакты: [Телефон | </w:t>
      </w:r>
      <w:r w:rsidRPr="00D5232E">
        <w:rPr>
          <w:rFonts w:ascii="Times New Roman" w:hAnsi="Times New Roman" w:cs="Times New Roman"/>
          <w:sz w:val="28"/>
          <w:szCs w:val="28"/>
        </w:rPr>
        <w:t>Email</w:t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t xml:space="preserve"> | </w:t>
      </w:r>
      <w:r w:rsidRPr="00D5232E">
        <w:rPr>
          <w:rFonts w:ascii="Times New Roman" w:hAnsi="Times New Roman" w:cs="Times New Roman"/>
          <w:sz w:val="28"/>
          <w:szCs w:val="28"/>
        </w:rPr>
        <w:t>Telegram</w:t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4427AD" w:rsidRPr="00D5232E" w:rsidRDefault="00D5232E">
      <w:pPr>
        <w:pStyle w:val="1"/>
        <w:rPr>
          <w:rFonts w:ascii="Times New Roman" w:hAnsi="Times New Roman" w:cs="Times New Roman"/>
          <w:lang w:val="ru-RU"/>
        </w:rPr>
      </w:pPr>
      <w:r w:rsidRPr="00D5232E">
        <w:rPr>
          <w:rFonts w:ascii="Times New Roman" w:hAnsi="Times New Roman" w:cs="Times New Roman"/>
          <w:lang w:val="ru-RU"/>
        </w:rPr>
        <w:t>Профессиональный профиль</w:t>
      </w:r>
    </w:p>
    <w:p w:rsidR="004427AD" w:rsidRPr="00D5232E" w:rsidRDefault="00D5232E">
      <w:pPr>
        <w:rPr>
          <w:rFonts w:ascii="Times New Roman" w:hAnsi="Times New Roman" w:cs="Times New Roman"/>
          <w:sz w:val="28"/>
          <w:szCs w:val="28"/>
        </w:rPr>
      </w:pPr>
      <w:r w:rsidRPr="00D5232E">
        <w:rPr>
          <w:rFonts w:ascii="Times New Roman" w:hAnsi="Times New Roman" w:cs="Times New Roman"/>
          <w:sz w:val="28"/>
          <w:szCs w:val="28"/>
          <w:lang w:val="ru-RU"/>
        </w:rPr>
        <w:t>Краткое описание вашего опыта</w:t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t xml:space="preserve"> (3-4 предложения). Сфокусируйтесь на вашей главной ценности: что вы умеете делать лучше всего и какие ключевые проблемы бизнеса вы решаете. </w:t>
      </w:r>
      <w:proofErr w:type="spellStart"/>
      <w:r w:rsidRPr="00D5232E">
        <w:rPr>
          <w:rFonts w:ascii="Times New Roman" w:hAnsi="Times New Roman" w:cs="Times New Roman"/>
          <w:sz w:val="28"/>
          <w:szCs w:val="28"/>
        </w:rPr>
        <w:t>Избегайте</w:t>
      </w:r>
      <w:proofErr w:type="spellEnd"/>
      <w:r w:rsidRPr="00D523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32E">
        <w:rPr>
          <w:rFonts w:ascii="Times New Roman" w:hAnsi="Times New Roman" w:cs="Times New Roman"/>
          <w:sz w:val="28"/>
          <w:szCs w:val="28"/>
        </w:rPr>
        <w:t>общ</w:t>
      </w:r>
      <w:r>
        <w:rPr>
          <w:rFonts w:ascii="Times New Roman" w:hAnsi="Times New Roman" w:cs="Times New Roman"/>
          <w:sz w:val="28"/>
          <w:szCs w:val="28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вроде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коммуникабельный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>”</w:t>
      </w:r>
      <w:r w:rsidRPr="00D5232E">
        <w:rPr>
          <w:rFonts w:ascii="Times New Roman" w:hAnsi="Times New Roman" w:cs="Times New Roman"/>
          <w:sz w:val="28"/>
          <w:szCs w:val="28"/>
        </w:rPr>
        <w:t>.</w:t>
      </w:r>
    </w:p>
    <w:p w:rsidR="004427AD" w:rsidRPr="00D5232E" w:rsidRDefault="00D5232E">
      <w:pPr>
        <w:pStyle w:val="1"/>
        <w:rPr>
          <w:rFonts w:ascii="Times New Roman" w:hAnsi="Times New Roman" w:cs="Times New Roman"/>
        </w:rPr>
      </w:pPr>
      <w:r w:rsidRPr="00D5232E">
        <w:rPr>
          <w:rFonts w:ascii="Times New Roman" w:hAnsi="Times New Roman" w:cs="Times New Roman"/>
        </w:rPr>
        <w:t>Технические навыки (Hard Skills)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4427AD" w:rsidRPr="00D5232E">
        <w:tc>
          <w:tcPr>
            <w:tcW w:w="4320" w:type="dxa"/>
          </w:tcPr>
          <w:p w:rsidR="004427AD" w:rsidRPr="00D5232E" w:rsidRDefault="00D52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32E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4320" w:type="dxa"/>
          </w:tcPr>
          <w:p w:rsidR="004427AD" w:rsidRPr="00D5232E" w:rsidRDefault="00D52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32E">
              <w:rPr>
                <w:rFonts w:ascii="Times New Roman" w:hAnsi="Times New Roman" w:cs="Times New Roman"/>
                <w:sz w:val="28"/>
                <w:szCs w:val="28"/>
              </w:rPr>
              <w:t>Навыки и инструменты</w:t>
            </w:r>
          </w:p>
        </w:tc>
      </w:tr>
      <w:tr w:rsidR="004427AD" w:rsidRPr="00D5232E">
        <w:tc>
          <w:tcPr>
            <w:tcW w:w="4320" w:type="dxa"/>
          </w:tcPr>
          <w:p w:rsidR="004427AD" w:rsidRPr="00D5232E" w:rsidRDefault="00D52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32E">
              <w:rPr>
                <w:rFonts w:ascii="Times New Roman" w:hAnsi="Times New Roman" w:cs="Times New Roman"/>
                <w:sz w:val="28"/>
                <w:szCs w:val="28"/>
              </w:rPr>
              <w:t>Инс</w:t>
            </w:r>
            <w:r w:rsidRPr="00D5232E">
              <w:rPr>
                <w:rFonts w:ascii="Times New Roman" w:hAnsi="Times New Roman" w:cs="Times New Roman"/>
                <w:sz w:val="28"/>
                <w:szCs w:val="28"/>
              </w:rPr>
              <w:t>трументы / ПО</w:t>
            </w:r>
          </w:p>
        </w:tc>
        <w:tc>
          <w:tcPr>
            <w:tcW w:w="4320" w:type="dxa"/>
          </w:tcPr>
          <w:p w:rsidR="004427AD" w:rsidRPr="00D5232E" w:rsidRDefault="00D52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32E">
              <w:rPr>
                <w:rFonts w:ascii="Times New Roman" w:hAnsi="Times New Roman" w:cs="Times New Roman"/>
                <w:sz w:val="28"/>
                <w:szCs w:val="28"/>
              </w:rPr>
              <w:t>[Например: Jira, SQL, Figma, Python]</w:t>
            </w:r>
          </w:p>
        </w:tc>
      </w:tr>
      <w:tr w:rsidR="004427AD" w:rsidRPr="00D5232E">
        <w:tc>
          <w:tcPr>
            <w:tcW w:w="4320" w:type="dxa"/>
          </w:tcPr>
          <w:p w:rsidR="004427AD" w:rsidRPr="00D5232E" w:rsidRDefault="00D52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32E">
              <w:rPr>
                <w:rFonts w:ascii="Times New Roman" w:hAnsi="Times New Roman" w:cs="Times New Roman"/>
                <w:sz w:val="28"/>
                <w:szCs w:val="28"/>
              </w:rPr>
              <w:t>Методологии</w:t>
            </w:r>
          </w:p>
        </w:tc>
        <w:tc>
          <w:tcPr>
            <w:tcW w:w="4320" w:type="dxa"/>
          </w:tcPr>
          <w:p w:rsidR="004427AD" w:rsidRPr="00D5232E" w:rsidRDefault="00D52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32E">
              <w:rPr>
                <w:rFonts w:ascii="Times New Roman" w:hAnsi="Times New Roman" w:cs="Times New Roman"/>
                <w:sz w:val="28"/>
                <w:szCs w:val="28"/>
              </w:rPr>
              <w:t>[Например: Agile, Scrum, Waterfall]</w:t>
            </w:r>
          </w:p>
        </w:tc>
      </w:tr>
      <w:tr w:rsidR="004427AD" w:rsidRPr="00D5232E">
        <w:tc>
          <w:tcPr>
            <w:tcW w:w="4320" w:type="dxa"/>
          </w:tcPr>
          <w:p w:rsidR="004427AD" w:rsidRPr="00D5232E" w:rsidRDefault="00D52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32E">
              <w:rPr>
                <w:rFonts w:ascii="Times New Roman" w:hAnsi="Times New Roman" w:cs="Times New Roman"/>
                <w:sz w:val="28"/>
                <w:szCs w:val="28"/>
              </w:rPr>
              <w:t>Языки</w:t>
            </w:r>
          </w:p>
        </w:tc>
        <w:tc>
          <w:tcPr>
            <w:tcW w:w="4320" w:type="dxa"/>
          </w:tcPr>
          <w:p w:rsidR="004427AD" w:rsidRPr="00D5232E" w:rsidRDefault="00D523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3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[Например: Английский (</w:t>
            </w:r>
            <w:r w:rsidRPr="00D5232E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Pr="00D523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2), Немецкий (</w:t>
            </w:r>
            <w:r w:rsidRPr="00D5232E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D523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1)]</w:t>
            </w:r>
          </w:p>
        </w:tc>
      </w:tr>
      <w:tr w:rsidR="004427AD" w:rsidRPr="00D5232E">
        <w:tc>
          <w:tcPr>
            <w:tcW w:w="4320" w:type="dxa"/>
          </w:tcPr>
          <w:p w:rsidR="004427AD" w:rsidRPr="00D5232E" w:rsidRDefault="00D52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232E">
              <w:rPr>
                <w:rFonts w:ascii="Times New Roman" w:hAnsi="Times New Roman" w:cs="Times New Roman"/>
                <w:sz w:val="28"/>
                <w:szCs w:val="28"/>
              </w:rPr>
              <w:t>Специальные</w:t>
            </w:r>
            <w:proofErr w:type="spellEnd"/>
            <w:r w:rsidRPr="00D523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232E">
              <w:rPr>
                <w:rFonts w:ascii="Times New Roman" w:hAnsi="Times New Roman" w:cs="Times New Roman"/>
                <w:sz w:val="28"/>
                <w:szCs w:val="28"/>
              </w:rPr>
              <w:t>навыки</w:t>
            </w:r>
            <w:proofErr w:type="spellEnd"/>
          </w:p>
        </w:tc>
        <w:tc>
          <w:tcPr>
            <w:tcW w:w="4320" w:type="dxa"/>
          </w:tcPr>
          <w:p w:rsidR="004427AD" w:rsidRPr="00D5232E" w:rsidRDefault="00D523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3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[Например: Финансовый анализ, Управление рисками]</w:t>
            </w:r>
          </w:p>
        </w:tc>
      </w:tr>
    </w:tbl>
    <w:p w:rsidR="004427AD" w:rsidRPr="00D5232E" w:rsidRDefault="00D5232E">
      <w:pPr>
        <w:pStyle w:val="1"/>
        <w:rPr>
          <w:rFonts w:ascii="Times New Roman" w:hAnsi="Times New Roman" w:cs="Times New Roman"/>
          <w:lang w:val="ru-RU"/>
        </w:rPr>
      </w:pPr>
      <w:r w:rsidRPr="00D5232E">
        <w:rPr>
          <w:rFonts w:ascii="Times New Roman" w:hAnsi="Times New Roman" w:cs="Times New Roman"/>
          <w:lang w:val="ru-RU"/>
        </w:rPr>
        <w:t xml:space="preserve">Ключевые достижения (Метод </w:t>
      </w:r>
      <w:r w:rsidRPr="00D5232E">
        <w:rPr>
          <w:rFonts w:ascii="Times New Roman" w:hAnsi="Times New Roman" w:cs="Times New Roman"/>
        </w:rPr>
        <w:t>STAR</w:t>
      </w:r>
      <w:r w:rsidRPr="00D5232E">
        <w:rPr>
          <w:rFonts w:ascii="Times New Roman" w:hAnsi="Times New Roman" w:cs="Times New Roman"/>
          <w:lang w:val="ru-RU"/>
        </w:rPr>
        <w:t>)</w:t>
      </w:r>
    </w:p>
    <w:p w:rsidR="004427AD" w:rsidRPr="00D5232E" w:rsidRDefault="00D52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5232E">
        <w:rPr>
          <w:rFonts w:ascii="Times New Roman" w:hAnsi="Times New Roman" w:cs="Times New Roman"/>
          <w:sz w:val="28"/>
          <w:szCs w:val="28"/>
          <w:lang w:val="ru-RU"/>
        </w:rPr>
        <w:t>Оп</w:t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t xml:space="preserve">ишите свои успехи, используя формулу: Ситуация </w:t>
      </w:r>
      <w:bookmarkStart w:id="0" w:name="_GoBack"/>
      <w:bookmarkEnd w:id="0"/>
      <w:r w:rsidRPr="00D5232E">
        <w:rPr>
          <w:rFonts w:ascii="Times New Roman" w:hAnsi="Times New Roman" w:cs="Times New Roman"/>
          <w:sz w:val="28"/>
          <w:szCs w:val="28"/>
          <w:lang w:val="ru-RU"/>
        </w:rPr>
        <w:t xml:space="preserve">Задача </w:t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t xml:space="preserve">Действие </w:t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t>Результат.</w:t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br/>
        <w:t>Пример: 'В условиях сокращения бюджета (</w:t>
      </w:r>
      <w:r w:rsidRPr="00D5232E">
        <w:rPr>
          <w:rFonts w:ascii="Times New Roman" w:hAnsi="Times New Roman" w:cs="Times New Roman"/>
          <w:sz w:val="28"/>
          <w:szCs w:val="28"/>
        </w:rPr>
        <w:t>S</w:t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t>) необходимо было снизить издержки на 10% (</w:t>
      </w:r>
      <w:r w:rsidRPr="00D5232E">
        <w:rPr>
          <w:rFonts w:ascii="Times New Roman" w:hAnsi="Times New Roman" w:cs="Times New Roman"/>
          <w:sz w:val="28"/>
          <w:szCs w:val="28"/>
        </w:rPr>
        <w:t>T</w:t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t>). Я оптимизировал цепочку поставок (</w:t>
      </w:r>
      <w:r w:rsidRPr="00D5232E">
        <w:rPr>
          <w:rFonts w:ascii="Times New Roman" w:hAnsi="Times New Roman" w:cs="Times New Roman"/>
          <w:sz w:val="28"/>
          <w:szCs w:val="28"/>
        </w:rPr>
        <w:t>A</w:t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t xml:space="preserve">), что привело к </w:t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t>экономии 15% бюджета в годовом исчислении (</w:t>
      </w:r>
      <w:r w:rsidRPr="00D5232E">
        <w:rPr>
          <w:rFonts w:ascii="Times New Roman" w:hAnsi="Times New Roman" w:cs="Times New Roman"/>
          <w:sz w:val="28"/>
          <w:szCs w:val="28"/>
        </w:rPr>
        <w:t>R</w:t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t>).'</w:t>
      </w:r>
    </w:p>
    <w:p w:rsidR="004427AD" w:rsidRPr="00D5232E" w:rsidRDefault="00D52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5232E">
        <w:rPr>
          <w:rFonts w:ascii="Times New Roman" w:hAnsi="Times New Roman" w:cs="Times New Roman"/>
          <w:b/>
          <w:sz w:val="28"/>
          <w:szCs w:val="28"/>
          <w:lang w:val="ru-RU"/>
        </w:rPr>
        <w:t xml:space="preserve">• [Достижение 1]: </w:t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t>[Описание результата с цифрами и фактами]</w:t>
      </w:r>
    </w:p>
    <w:p w:rsidR="004427AD" w:rsidRPr="00D5232E" w:rsidRDefault="00D52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5232E">
        <w:rPr>
          <w:rFonts w:ascii="Times New Roman" w:hAnsi="Times New Roman" w:cs="Times New Roman"/>
          <w:b/>
          <w:sz w:val="28"/>
          <w:szCs w:val="28"/>
          <w:lang w:val="ru-RU"/>
        </w:rPr>
        <w:t xml:space="preserve">• [Достижение 2]: </w:t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t>[Описание результата с цифрами и фактами]</w:t>
      </w:r>
    </w:p>
    <w:p w:rsidR="004427AD" w:rsidRPr="00D5232E" w:rsidRDefault="00D5232E">
      <w:pPr>
        <w:pStyle w:val="1"/>
        <w:rPr>
          <w:rFonts w:ascii="Times New Roman" w:hAnsi="Times New Roman" w:cs="Times New Roman"/>
          <w:lang w:val="ru-RU"/>
        </w:rPr>
      </w:pPr>
      <w:r w:rsidRPr="00D5232E">
        <w:rPr>
          <w:rFonts w:ascii="Times New Roman" w:hAnsi="Times New Roman" w:cs="Times New Roman"/>
          <w:lang w:val="ru-RU"/>
        </w:rPr>
        <w:lastRenderedPageBreak/>
        <w:t>Гибкие навыки (</w:t>
      </w:r>
      <w:r w:rsidRPr="00D5232E">
        <w:rPr>
          <w:rFonts w:ascii="Times New Roman" w:hAnsi="Times New Roman" w:cs="Times New Roman"/>
        </w:rPr>
        <w:t>Soft</w:t>
      </w:r>
      <w:r w:rsidRPr="00D5232E">
        <w:rPr>
          <w:rFonts w:ascii="Times New Roman" w:hAnsi="Times New Roman" w:cs="Times New Roman"/>
          <w:lang w:val="ru-RU"/>
        </w:rPr>
        <w:t xml:space="preserve"> </w:t>
      </w:r>
      <w:r w:rsidRPr="00D5232E">
        <w:rPr>
          <w:rFonts w:ascii="Times New Roman" w:hAnsi="Times New Roman" w:cs="Times New Roman"/>
        </w:rPr>
        <w:t>Skills</w:t>
      </w:r>
      <w:r w:rsidRPr="00D5232E">
        <w:rPr>
          <w:rFonts w:ascii="Times New Roman" w:hAnsi="Times New Roman" w:cs="Times New Roman"/>
          <w:lang w:val="ru-RU"/>
        </w:rPr>
        <w:t>)</w:t>
      </w:r>
    </w:p>
    <w:p w:rsidR="004427AD" w:rsidRPr="00D5232E" w:rsidRDefault="00D5232E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5232E">
        <w:rPr>
          <w:rFonts w:ascii="Times New Roman" w:hAnsi="Times New Roman" w:cs="Times New Roman"/>
          <w:sz w:val="28"/>
          <w:szCs w:val="28"/>
          <w:lang w:val="ru-RU"/>
        </w:rPr>
        <w:t>[Например</w:t>
      </w:r>
      <w:proofErr w:type="gramEnd"/>
      <w:r w:rsidRPr="00D5232E">
        <w:rPr>
          <w:rFonts w:ascii="Times New Roman" w:hAnsi="Times New Roman" w:cs="Times New Roman"/>
          <w:sz w:val="28"/>
          <w:szCs w:val="28"/>
          <w:lang w:val="ru-RU"/>
        </w:rPr>
        <w:t xml:space="preserve">: Критическое мышление, Лидерство, Управление </w:t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t>конфликтами, Тайм-менеджмент]</w:t>
      </w:r>
    </w:p>
    <w:p w:rsidR="004427AD" w:rsidRPr="00D5232E" w:rsidRDefault="00D5232E">
      <w:pPr>
        <w:pStyle w:val="1"/>
        <w:rPr>
          <w:rFonts w:ascii="Times New Roman" w:hAnsi="Times New Roman" w:cs="Times New Roman"/>
          <w:lang w:val="ru-RU"/>
        </w:rPr>
      </w:pPr>
      <w:r w:rsidRPr="00D5232E">
        <w:rPr>
          <w:rFonts w:ascii="Times New Roman" w:hAnsi="Times New Roman" w:cs="Times New Roman"/>
          <w:lang w:val="ru-RU"/>
        </w:rPr>
        <w:t>Образование и сертификация</w:t>
      </w:r>
    </w:p>
    <w:p w:rsidR="004427AD" w:rsidRPr="00D5232E" w:rsidRDefault="00D52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5232E">
        <w:rPr>
          <w:rFonts w:ascii="Times New Roman" w:hAnsi="Times New Roman" w:cs="Times New Roman"/>
          <w:b/>
          <w:sz w:val="28"/>
          <w:szCs w:val="28"/>
          <w:lang w:val="ru-RU"/>
        </w:rPr>
        <w:t>[Название ВУЗа / Курса]</w:t>
      </w:r>
      <w:r w:rsidRPr="00D5232E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t>[Год окончания] | [Специальность]</w:t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4427AD" w:rsidRPr="00D5232E" w:rsidRDefault="00D52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5232E">
        <w:rPr>
          <w:rFonts w:ascii="Times New Roman" w:hAnsi="Times New Roman" w:cs="Times New Roman"/>
          <w:b/>
          <w:sz w:val="28"/>
          <w:szCs w:val="28"/>
          <w:lang w:val="ru-RU"/>
        </w:rPr>
        <w:t xml:space="preserve">[Название сертификата (например, </w:t>
      </w:r>
      <w:r w:rsidRPr="00D5232E">
        <w:rPr>
          <w:rFonts w:ascii="Times New Roman" w:hAnsi="Times New Roman" w:cs="Times New Roman"/>
          <w:b/>
          <w:sz w:val="28"/>
          <w:szCs w:val="28"/>
        </w:rPr>
        <w:t>PMP</w:t>
      </w:r>
      <w:r w:rsidRPr="00D5232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или </w:t>
      </w:r>
      <w:r w:rsidRPr="00D5232E">
        <w:rPr>
          <w:rFonts w:ascii="Times New Roman" w:hAnsi="Times New Roman" w:cs="Times New Roman"/>
          <w:b/>
          <w:sz w:val="28"/>
          <w:szCs w:val="28"/>
        </w:rPr>
        <w:t>Google</w:t>
      </w:r>
      <w:r w:rsidRPr="00D5232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D5232E">
        <w:rPr>
          <w:rFonts w:ascii="Times New Roman" w:hAnsi="Times New Roman" w:cs="Times New Roman"/>
          <w:b/>
          <w:sz w:val="28"/>
          <w:szCs w:val="28"/>
        </w:rPr>
        <w:t>Analytics</w:t>
      </w:r>
      <w:r w:rsidRPr="00D5232E">
        <w:rPr>
          <w:rFonts w:ascii="Times New Roman" w:hAnsi="Times New Roman" w:cs="Times New Roman"/>
          <w:b/>
          <w:sz w:val="28"/>
          <w:szCs w:val="28"/>
          <w:lang w:val="ru-RU"/>
        </w:rPr>
        <w:t>)]</w:t>
      </w:r>
      <w:r w:rsidRPr="00D5232E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D5232E">
        <w:rPr>
          <w:rFonts w:ascii="Times New Roman" w:hAnsi="Times New Roman" w:cs="Times New Roman"/>
          <w:sz w:val="28"/>
          <w:szCs w:val="28"/>
          <w:lang w:val="ru-RU"/>
        </w:rPr>
        <w:t>[Организация-эмитент | Год получения]</w:t>
      </w:r>
    </w:p>
    <w:sectPr w:rsidR="004427AD" w:rsidRPr="00D5232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427AD"/>
    <w:rsid w:val="00AA1D8D"/>
    <w:rsid w:val="00B47730"/>
    <w:rsid w:val="00CB0664"/>
    <w:rsid w:val="00D523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FF9423"/>
  <w14:defaultImageDpi w14:val="300"/>
  <w15:docId w15:val="{479771D1-E288-4371-88B1-26DB943F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AFCB9D-6E42-4173-AEEA-44218C0EF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dns-user</cp:lastModifiedBy>
  <cp:revision>2</cp:revision>
  <dcterms:created xsi:type="dcterms:W3CDTF">2026-07-30T21:14:00Z</dcterms:created>
  <dcterms:modified xsi:type="dcterms:W3CDTF">2026-07-30T21:14:00Z</dcterms:modified>
  <cp:category/>
</cp:coreProperties>
</file>